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מסילות אל הנפש: מסע של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מגוון מידות, להגדיר אותן ולזהות את 'שביל הזהב'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סיבה לתירוץ ובין דחף לבחירה מודעת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שלושה מעגלי אחריות ולתרגל לקיחת אחריות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כבוד, אהבת הזולת, עין טובה והכרת הטוב במצבים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מידה? שביל הזהב ומכירת המידות – הכרת מידות וההגדרה 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לראות את הטוב באנשים ולשמוח בהצלחתם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לחכות ולהתמיד בלי לכעוס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מידה? שביל הזהב ומכירת המידות – התאמות וכללי המכירה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ענווה בכרטיסי המידות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נתינה היא להעניק מזמן, מכוחות וממה שיש – לא רק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כלל הזהב קובע שאפשר לקנות לכל היותר 5 מידות – צריך לבחור ולוותר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מידה? שביל הזהב ומכירת המידות – כללי המכירה הפומבית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מהי מידה? שביל הזהב ומכירת המידות – התאמת מידה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(לעשות טוב לאחר מעבר למה שחייבים)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(לעמוד במילה שלי כך שאפשר לסמוך עליי)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(לומר אמת ולפעול בלי רמאות גם כשאף אחד לא רואה)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(לשים לב לטוב שקיבלתי ולהודות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(להמשיך לנסות גם כשקשה, צעד אחר צעד)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בחירה: תירוצים, מניעים ודחף מול בחירה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תירוץ נשמע כמו סיבה אמיתית אבל בעצם מאפשר לנו לא לנסות.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סיבה מסבירה את המצב, ואילו תירוץ עוצר אותנו בתוכו.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אחד הרעיונות המרכזיים של השיעור חזק מהתירוץ שלי.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הנושא של השיעור למה אני עושה את זה.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בחירה: תירוצים, מניעים ודחף מול בחירה – ניסוח מחדש של תירוצים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תירוץ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בחירה: תירוצים, מניעים ודחף מול בחירה – כתיבה ויישום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זיהוי תירוץ אמיתי וניסוח חיובי הכולל פעולה קונקרטית אחת.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סיבה מסבירה מצב אמיתי שחוסם כרגע; תירוץ נשמע דומה אך מאפשר להימנע מניסיון. דוגמאות אישיות מקובלות.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דחף הוא תגובה מיידית ללא מחשבה; בחירה כוללת עצירה קצרה ושיקול לפני פעולה. דוגמה אישית רלוונטית.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זיהוי תירוץ אפשרי, והסבר על הפעולה שנבחרה בפועל במקומו.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אחריות: מעגלים ועץ האחריות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אחריות היא לקיחת בעלות על המעשה ועל התיקון, לא חיפוש אשם.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מוצג בשיעור אוקטובר - שלושה מעגלים מתרחבים.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אשמה מסתכלת אחורה על מי טעה, אחריות מסתכלת קדימה על מה אפשר לעשות.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לקיחת אחריות כוללת גם הודאה בטעות ותיקון שלה.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אחריות: מעגלים ועץ האחריות – זיהוי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אשמה מסתכלת אחורה על מי טעה; אחריות מסתכלת קדימה על מה אפשר לתקן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לדאוג לבן משפחה שחולה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לשמור על ניקיון הפארק השכונתי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לתרגל להבחין מתי קל לנו להגיד 'זה לא שלי'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אחריות: מעגלים ועץ האחריות – התאמת מצבים למעגל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(מעגל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(מעגל הקרובים)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(מעגל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(מעגל הקרובים)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אחריות: מעגלים ועץ האחריות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מצב אמיתי או מדומיין + הסבר למה למרות הקושי זו אחריות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אשמה - תחושה על מה שקרה בעבר; אחריות - פעולה לתיקון או שיפור קדימה, עם דוגמה מתאימה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פעולה קונקרטית וישימה השייכת לאחד המעגלים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עין טובה והכרת הטוב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לחפש קודם את הטוב ולדון לכף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בן זומא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עין טובה והכרת הטוב – תרגול והבחנות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עין טובה לא מבטלת גבולות כשיש פגיעה אמיתית – היא דרך לפרש מצבים עמומים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הכרת טוב אמיתית כוללת פירוט, השפעה והכרה במאמץ של הנותן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עין טובה והכרת הטוב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עין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עין טובה והכרת הטוב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(פירוש חשדני למצב עמום)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(פירוש נדיב ומזכה למצב עמום)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(מילה קצרה בלי מחשבה 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(פירוט, השפעה והכרה במאמץ)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כבוד ואהבת הזולת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לא לפגוע באדם האחר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כבוד ואהבת הזולת – תרגול והבחנה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כבוד הוא גבול של לא לפגוע, ואהבה היא קומה נוספת של פעולה להיטיב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כבוד מונע פגיעה, ואהבת הזולת דורשת לפעול למען טובת האחר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כבוד ואהבת הזולת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ואהבת לרעך כמוך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מצחיק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כבוד ואהבת הזולת – מיון 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(אהבת הזולת)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(אהבת הזולת)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מכתב למורה: חוסן ומבט מאמין – שלב א: היכרות עם הסדנה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לראות אדם מעבר לציונים ולהישגים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צופים בו דרך קישור בלבד, בלי לצטט מילים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עוצמים עיניים וחושבים על מבוגר/ת שראה אותנו מעבר לציונים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האם גם מורים צריכים עידוד וחיזוק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גם חוסר וגם עודף של אותה מידה, עם דוגמה קונקרטית מהיומיום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הבחנה ברורה ולא רק הגדרה כללית, ומדגימה צעד מעשי קטן במקום תירוץ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שלושה מרכיבים של הכרת טוב אמיתית: פירוט, השפעה והכרה במאמץ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 או שניים, בהתאמה למבנה התוכנית השנתית של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בחירה בין שיתוף בעל פה, בכתב או ללא שיתוף כלל בכל המשימות האישיות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השאלות הפתוחות לכיתה – קבוצות חזקות יותר יכולות להרחיב לדיון ערכי מעמיק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כרטיסי המידות או כרטיסי הדילמה כגיבוי חזותי בזמן העבודה על הפרקים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מסילות אל הנפש: מסע של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שישה פרקים קטנים. עובדים לפי הסדר, פרק אחרי פרק. בכל פרק יש מילה חדשה, דוגמה קטנה ושאלה לחשוב עליה. אפשר לשתף אם רוצים, אין חובה.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של אופי שאפשר לחזק, כמו סבלנות או נתינה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שביל הזהב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האיזון הנכון של מידה – לא מעט מדי ולא הרבה מדי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תירוץ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שנשמע כמו סיבה אבל רק מונע ממני לנסות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דחף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תגובה מיידית בלי לעצור ולבחור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לקחת בעלות על מעשיי ועל מה שהופקד בידיי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מעגלי 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כלפי עצמי, כלפי הקרובים אליי וכלפי הקהילה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עין טובה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בחירה לראות את הטוב ולדון לכף זכות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גבול בסיסי של לא לפגוע באדם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אהבת הזולת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אקטיבית לטובת האחר, מעבר לכבוד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הכרת הטוב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באמת למה שאחרים נתנו לי ולהודות עליו בפירוט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מידה? שביל הזהב ומכירת המידות – הכרת מידות וההגדרה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עין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לראות את הטוב באנשים ולשמוח בהצלחתם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כסף לצדקה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בנימוס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לעבוד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סבלנות?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לכעוס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לחכות ולהתמיד בלי לכעוס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לוותר מהר על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מידה קשורה לפחד ולעשייה 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הכרת הטוב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מידה? שביל הזהב ומכירת המידות – התאמות וכללי המכירה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ענווה היא להכיר ביכולות שלי בלי להתנשא וללמוד מכל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נתינה היא להעניק אך ורק כסף לאחרים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במכירה הפומבית אפשר לקנות את כל 35 המידות אם יש מספיק תקציב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מידה? שביל הזהב ומכירת המידות – כללי המכירה הפומבית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מחיר הפתיחה לכל מידה במכירה הפומבית הוא __________ אורות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כלל הזהב, אפשר לקנות לכל היותר __________ מידות במכירה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מהי מידה? שביל הזהב ומכירת המידות – התאמת מידה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לומר אמת ולפעול בלי רמאות גם כשאף אחד לא רואה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אמינות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לשים לב לטוב שקיבלתי ולהודות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לעמוד במילה שלי כך שאפשר לסמוך עליי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הכרת הטוב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להמשיך לנסות גם כשקשה, צעד אחר צעד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לעשות טוב לאחר מעבר למה שחייבים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בחירה: תירוצים, מניעים ודחף מול בחירה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תירוץ הוא משפט שמגן עלינו ממאמץ או ממבוכה, גם אם הוא נשמע כמו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סיבה אמיתית ותירוץ הם בעצם אותו דבר, רק במילים אחרות.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השיעור, גם כשיש קושי אמיתי, עדיין נשאר לנו מרחב קטן של בחירה לגבי הצעד הבא.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הבחירה עוסקת, בין השאר, בשאלה למה אני באמת עושה את מה שאני עושה.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בחירה: תירוצים, מניעים ודחף מול בחירה – ניסוח מחדש של תירוצים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תירוץ נשמע כמו __________, אבל הוא בעצם מאפשר לי לא לנסות.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המשפט אין לי כוח ללמוד למבחן הוא דוגמה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להפוך תירוץ למשפט של כוח, מוסיפים לו __________ מעשי קטן שאפשר לעשות עכשיו.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רעיון היחידה, בין מה שקורה לנו לבין מה שאנחנו עושים יש __________, ובו נמצאת הבחירה.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אני מתחיל עכשיו בעשר דקות של סיכום הוא ניסוח מחדש של התירוץ אין לי __________ ללמוד למבחן.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בחירה: תירוצים, מניעים ודחף מול בחירה – כתיבה ויישום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תירוץ שאתם משתמשים בו לפעמים, ונסחו אותו מחדש כמשפט כוח עם צעד קטן ומעשי.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את ההבדל בין סיבה אמיתית לבין תירוץ, והביאו דוגמה אחת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אפשר להבחין אם פעולה נעשתה מתוך דחף רגעי או מתוך בחירה מודעת? הסבירו וכתבו דוגמה מחייכם.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החלטה קטנה שעשיתם לאחרונה ונתחו אותה: האם היה שם תירוץ שהתגברתם עליו, ומה הייתה הבחירה בפועל?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אחריות: מעגלים ועץ האחריות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פירושה בעיקר למצוא מי אשם במה שקרה.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שלושה מעגלי אחריות: כלפי עצמי, כלפי הקרובים אליי וכלפי הקהילה.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אשמה ואחריות הן בדיוק אותו 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לקחת אחריות גם על טעות, ולא רק כשהצלחתי במשהו.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אחריות: מעגלים ועץ האחריות – זיהוי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שונה בין אשמה לאחריות?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אשמה מסתכלת אחורה על מי טעה; אחריות מסתכלת קדימה על מה אפשר לתקן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הבדל, שתי המילים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אשמה שייכת רק למבוגרים, אחריות רק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אחריות היא עונש, אשמה היא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שייך למעגל הקרובים?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לדאוג לבן משפחה שחולה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לזרוק פסולת לפח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להצביע בבחירות לעירייה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לשמור על בריאותי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שייך למעגל הקהילה?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על ניקיון הפארק השכונתי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להתאמן בספורט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לעזור לאח קטן בשיעורים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לישון מספיק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שואלים 'של מי זה' על המצבים?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לתרגל להבחין מתי קל לנו להגיד 'זה לא שלי'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להעניש את מי שלא הגיש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לבדוק מי הכי חכם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מטרה מיוחדת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אחריות: מעגלים ועץ האחריות – התאמת מצבים למעגל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להקפיד על שעות שינה לפני 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מעגל הקרובים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להתנצל בפני חבר שפגעתי 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מעגל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להתנדב בניקיון השכונה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מעגל הקרובים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להודות כשטעיתי בעבודה קבוצתית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מעגל הקהילה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אחריות: מעגלים ועץ האחריות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מהיומיום שבו קל להגיד 'זה לא שלי', אבל בעצם זו אחריותכם. 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להרגיש אשם ללקחת אחריות? תנו דוגמה אחת לכל אחד מהם.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אחד משלושת המעגלים (עצמי/קרובים/קהילה) וכתבו פעולה אחריותית אחת שתוכלו לעשות השבוע.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עין טובה והכרת הטוב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'עין טובה'?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מכל קושי שקיים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לחפש קודם את הטוב ולדון לכף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לשקר כדי לא לפגוע באף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מהבעיות של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מאיפה המשפט על לדון לכף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מודרני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השווה בין אורח טוב לאורח רע?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בן זומא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הרמב״ם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רש״י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עין טובה והכרת הטוב – תרגול והבחנות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עין טובה אומרת שצריך לוותר על גבולות גם כשמשהו באמת פוגע בנו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הכרת הטוב, כפי שנלמד ביוני, היא רק לומר 'תודה' בקצרה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עין טובה והכרת הטוב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לימוד המקור בנובמבר, צריך לדון את הזולת ל__________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'הכיסא הריק' כותבים שני המשכים – אחד ב'עין צרה' ואחד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עין טובה והכרת הטוב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עין 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פירוש נדיב ומזכה למצב עמום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קצרה בלי מחשבה 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תודה אוטומטית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פירוט, השפעה והכרה במאמץ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הכרת טוב מפורטת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פירוש חשדני למצב עמום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כבוד ואהבת הזולת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העיקרית של כבוד?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לפגוע באדם האחר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להיטיב לו מעבר לנדרש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ממנו 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לשכוח עלבונות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אמר את המשפט על מה ששנוא עליך?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שלמה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משה רבנו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בן זומא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כבוד ואהבת הזולת – תרגול והבחנה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אהבת הזולת היא פעולה אקטיבית של היטבה, לא רק הימנעות מפגיעה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כבוד ואהבת הזולת הם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כבוד ואהבת הזולת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הפסוק __________ מספר ויקרא עוסק באהבת הזולת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דוגמה למשפט עוצר בקבוצה: 'בואו נעצור, זה כבר __________'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כבוד ואהבת הזולת – מיון 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להקשיב עד הסוף לדעה שונה בלי לזלזל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לבשל ארוחה לשכן שנולד לו תינוק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אהבת הזולת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לא לצחוק על מישהו שנראה 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אהבת הזולת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להישאר אחרי שעות ולעזור לחבר בלימוד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כבוד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מכתב למורה: חוסן ומבט מאמין – שלב א: היכרות עם הסדנה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'מישהו ראה אותי'?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ציון גבוה במבחן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לראות אדם מעבר לציונים ולהישגים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מחבר/ה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לשנן את מילות השיר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כובעים יש בסדנה?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שומעים את השיר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שרים אותו יחד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את המילים מהלוח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צופים בו דרך קישור בלבד, בלי לצטט מילים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מדפיסים את כל המילים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בתחילת השיעור, בעוגן האישי?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מבחן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עוצמים עיניים וחושבים על מבוגר/ת שראה אותנו מעבר לציונים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משחק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סיפור מהתנ״ך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שואלים על המורה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למורה מגיע ציון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גם מורים צריכים עידוד וחיזוק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 המורה אוהב/ת את כל התלמידים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המורה כתב/ה את השיר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מהי 'שביל הזהב' ולתת דוגמה למידה אחת ולקיצוניות שלה משני הצדדים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להבחין בין תירוץ לסיבה אמיתית, ובין דחף לבחירה מודעת, במצב מהחיים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לתאר הבדל בין כבוד לאהבת הזולת, ולתת דוגמה אישית להכרת טוב מפורטת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מסילות אל הנפש: מסע של מידות, בחירה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